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בחנות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יסוד של חנות וכסף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שיחה פשוטה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עודף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בחנות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כסף שמחזירים 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שיחה בקופה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שאלה מקובלת ונימוסית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עודף הוא הכסף שמחזירים אחרי התשלום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צריך או רוצה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המוצר מהמדף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ניגשים לקופה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לקופאי או לקופאית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וקבלה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כמה חסר - תרגילים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כמה זה עולה בבקשה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משלמים בקופה על הקניות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צריך הוא דבר הכרחי, רוצה הוא דבר שהיינו שמחים לקבל אבל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הוא הכסף שמחזירים לנו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אחרי ההקראה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שיחה קצרה בקופה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להוסיף ניקוד למילים המרכזיות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בחנות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שמשתמשים בהן בחנות, שיחה עם הקופאי או הקופאית, וחישוב כסף פשוט.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קופה  ·  עודף  ·  שקית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מילים בחנות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משלמים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עודף?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מחיר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כסף שמחזירים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שקית לקניות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שיחה בקופה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לשאול בקופה "כמה זה עולה?"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עודף זה הכסף שאנחנו משלמים לפני הקנייה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משלמים על הקניות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התשלום מקבלים __________ אם שילמנו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שמים את הקניות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צריך או רוצה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 לארוחת 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צעצוע חדש בחנות צעצועים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תרופה כשחולים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ממתק נוסף אחרי שכבר אכלנו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עודף וקבלה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משלמים לקופאי או לקופאית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ניגשים לקופה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המוצר מהמדף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כמה חסר - תרגילים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קניתי משהו שעולה 20 שקלים ונתתי 25 שקלים. כמה עודף אני צריך לקבל?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קצר ששואלים בקופה כשרוצים לדעת מחיר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בקופה?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צריך לרוצה?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קניות בחנות וכסף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