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בחנות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יסוד של חנות וכסף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שיחה פשוטה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עודף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בחנות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שמחזירים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שיחה בקופה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שאלה מקובלת ונימוסית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עודף הוא הכסף שמחזירים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בקשה נפוצה ומקובלת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קבלה היא נייר תיעוד, מחיר הוא כמה דבר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לא כל מה שרוצים הוא דבר שבאמת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צריך או רוצה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המוצר מהמדף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ניגשים לקופה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לקופאי או לקופאית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וקבלה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שמים את הקניות בשקית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כמה חסר - תרגילים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 זה עולה בבקשה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משלמים בקופה על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הוא דבר הכרחי, רוצה הוא דבר שהיינו שמחים לקבל אבל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הכסף שמחזירים לנו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 ההקראה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שיחה קצרה בקופה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להוסיף ניקוד למילים המרכזיות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בחנות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של חנות. לומדים לדבר בקופה. לומדים לחשב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קוֹפָּה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ששם משלמים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עוֹדֶף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מְחִיר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לִקְנוֹת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ולקבל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צָרִיךְ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רוֹצֶה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שהייתי שמח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שַׂקִּית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שנותנים בו את הקניות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קַבָּלָה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מה קנינו וכמה שילמנו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בחנות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עודף?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שמחזירים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שואלים על 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מקבלים אחרי התשלום?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בו קניות?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שיחה בקופה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בקופה "כמה זה עולה?"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זה הכסף שאנחנו משלמים לפני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שקית בקופה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היא אותו דבר כמו 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תמיד לקנות כל דבר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משלמים על הקניות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התשלום מקבלים __________ אם שילמנו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שמים את הקניות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הנייר שמראה מה קנינו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אין מספיק כסף, שואלים כמה __________ עוד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צריך או רוצה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לארוחת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צעצוע חדש בחנות צעצועים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תרופה כשחולים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ממתק נוסף אחרי שכבר אכלנו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 חמים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הקניות בשקית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ניגשים לקופה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המוצר מהמדף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לקופאי או לקופאית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וקבלה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כמה חסר - תרגילים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קניתי משהו שעולה 20 שקלים ונתתי 25 שקלים. כמה עודף אני צריך לקבל?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משהו עולה 15 שקלים. יש לי רק 10 שקלים. כמה חסר לי?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קצר ששואלים בקופה כשרוצים לדעת מחיר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בקופה?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צריך לרוצה?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קניות בחנות וכסף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