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בחנות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יסוד של חנות וכסף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שיחה פשוטה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עודף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בחנות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כסף שמחזירים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כמה זה עולה?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שיחה בקופה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שאלה מקובלת ונימוסית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עודף הוא הכסף שמחזירים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בקשה נפוצה ומקובלת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קבלה היא נייר תיעוד, מחיר הוא כמה דבר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לא כל מה שרוצים הוא דבר שבאמת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צריך או רוצה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(צריך)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קנייה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המוצר מהמדף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ניגשים לקופה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לקופאי או לקופאית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עודף וקבלה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שמים את הקניות בשקית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כמה חסר - תרגילים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 זה עולה בבקשה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משלמים בקופה על הקניות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צריך הוא דבר הכרחי, רוצה הוא דבר שהיינו שמחים לקבל אבל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הוא הכסף שמחזירים לנו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המילים בקול ולבקש מהתלמידים לחזור אחרי ההקראה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שיחה קצרה בקופה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להוסיף ניקוד למילים המרכזיות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קניות בחנות וכסף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שמשתמשים בהן בחנות, שיחה עם הקופאי או הקופאית, וחישוב כסף פשוט.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בחנות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משלמים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עודף?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שמחזירים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שקית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שואלים כשרוצים לדעת כמה עולה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מקבלים אחרי התשלום כדי שיהיה תיעוד?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שמים בו את הקניות כדי לקחת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שיחה בקופה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לשאול בקופה "כמה זה עולה?"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זה הכסף שאנחנו משלמים לפני 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שקית בקופה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קבלה היא אותו דבר כמו 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תמיד לקנות כל דבר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משלמים על הקניות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התשלום מקבלים __________ אם שילמנו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שמים את הקניות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הנייר שמראה מה קנינו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אין מספיק כסף, שואלים כמה __________ עוד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צריך או רוצה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 לארוחת 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צעצוע חדש בחנות צעצועים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תרופה כשחולים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ממתק נוסף אחרי שכבר אכלנו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 חמים בחורף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ניגשים לקופה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המוצר מהמדף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הקניות בשקית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משלמים לקופאי או לקופאית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עודף וקבלה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כמה חסר - תרגילים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קניתי משהו שעולה 20 שקלים ונתתי 25 שקלים. כמה עודף אני צריך לקבל?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משהו עולה 15 שקלים. יש לי רק 10 שקלים. כמה חסר לי?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קצר ששואלים בקופה כשרוצים לדעת מחיר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בקופה?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צריך לרוצה?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קניות בחנות וכסף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